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4F6B7C"/>
        </w:rPr>
        <w:t>Title: Как снять натяжной потолок: пошаговая инструкция</w:t>
      </w:r>
    </w:p>
    <w:p>
      <w:r>
        <w:rPr>
          <w:i/>
          <w:color w:val="4F6B7C"/>
        </w:rPr>
        <w:t>Description: Разбираем, как снять натяжной потолок своими руками: инструменты, нагрев, гарпун и штапик, демонтаж светильников и повторная установка полотна.</w:t>
      </w:r>
    </w:p>
    <w:p>
      <w:r>
        <w:rPr>
          <w:i/>
          <w:color w:val="4F6B7C"/>
        </w:rPr>
        <w:t>Главный запрос: как снять натяжной потолок</w:t>
      </w:r>
    </w:p>
    <w:p>
      <w:pPr>
        <w:pStyle w:val="Title"/>
      </w:pPr>
      <w:r>
        <w:t>Как снять натяжной потолок и не повредить полотно</w:t>
      </w:r>
    </w:p>
    <w:p>
      <w:r>
        <w:t>Снять натяжной потолок можно самому, если понимать, какая у вас система крепления. Плёнку на гарпуне снимают после прогрева комнаты, штапиковое полотно выходит из профиля без нагрева, а ткань вообще не боится температуры. Ниже разбираем инструменты, порядок шагов и то, как потом поставить полотно обратно.</w:t>
      </w:r>
    </w:p>
    <w:p>
      <w:pPr>
        <w:pStyle w:val="Heading1"/>
      </w:pPr>
      <w:r>
        <w:t>Зачем вообще снимают натяжной потолок</w:t>
      </w:r>
    </w:p>
    <w:p>
      <w:r>
        <w:t>Полотно снимают не от скуки. Причин несколько, и почти все они бытовые. Чаще всего потолок вскрывают, когда сверху залили соседи: вода собирается в «пузыре» между плёнкой и бетоном, и пока её не слить, ремонт не начать.</w:t>
      </w:r>
    </w:p>
    <w:p>
      <w:r>
        <w:t>Вторая по частоте история: замена проводки или установка нового светильника в месте, где раньше не было вывода. Третья, реже: переезд. Люди забирают полотно с собой на новую квартиру, если размеры совпадают.</w:t>
      </w:r>
    </w:p>
    <w:p>
      <w:r>
        <w:t>Демонтаж делают и перед ремонтом чернового потолка. Штукатурка, шпаклёвка, побелка, всё это летит вверх и пачкает плёнку так, что отмыть не выйдет. Проще снять, отремонтировать бетон и вернуть полотно на место.</w:t>
      </w:r>
    </w:p>
    <w:p>
      <w:pPr>
        <w:pStyle w:val="Heading2"/>
      </w:pPr>
      <w:r>
        <w:t>Когда полотно спасают, а когда выбрасывают</w:t>
      </w:r>
    </w:p>
    <w:p>
      <w:r>
        <w:t>ПВХ-плёнку реально вернуть на место, если она цела и прошло не больше пары лет. Материал эластичный, после прогрева снова садится по периметру. Другое дело, если полотно провисело лет пять и больше: пластификаторы ушли, плёнка стала жёсткой, при повторной натяжке может треснуть по углам.</w:t>
      </w:r>
    </w:p>
    <w:p>
      <w:r>
        <w:t>Тканевые полотна в этом смысле проще. Они не тянутся так агрессивно и спокойно переживают снятие и возврат. Порванное или сильно вытянутое полотно чинить смысла нет: дешевле поставить новое, чем ловить складки по всей комнате.</w:t>
      </w:r>
    </w:p>
    <w:p>
      <w:r>
        <w:t>По опыту, демонтаж своими руками экономит заметную сумму, если не спешить. Мастер приедет и сделает за час, но вы заплатите за выезд и работу [укажите цену демонтажа у вас]. Если полотно всё равно менять, старый материал годится на подложку, на дачу или в гараж, лишь бы размер подошёл.</w:t>
      </w:r>
    </w:p>
    <w:p>
      <w:r>
        <w:t>Есть и совсем бытовой повод снять потолок: достать упавший предмет. Мячик, ключи, серёжка, всё это скатывается в щель между плёнкой и стеной и лежит там годами. Снимать из-за этого весь периметр не нужно, достаточно приподнять один угол.</w:t>
      </w:r>
    </w:p>
    <w:p>
      <w:pPr>
        <w:pStyle w:val="Heading1"/>
      </w:pPr>
      <w:r>
        <w:t>Можно ли снять натяжной потолок самому</w:t>
      </w:r>
    </w:p>
    <w:p>
      <w:r>
        <w:t>Можно. Это не работа с газом и не замена проводки под напряжением. Если у вас есть стремянка, строительный фен и второй человек под рукой, полотно снимается за вечер. Другой вопрос, насколько аккуратно получится, тут всё зависит от типа крепления и вашего терпения.</w:t>
      </w:r>
    </w:p>
    <w:p>
      <w:r>
        <w:t>Без опыта реально снять штапиковое полотно: оно выходит из профиля шпателем, без нагрева и без риска перегреть плёнку. Гарпун посложнее: нужно прогреть комнату и вытащить зацеп из паза по всему периметру. Клипсовые и кулачковые системы тоже поддаются, но там свои нюансы с профилем.</w:t>
      </w:r>
    </w:p>
    <w:p>
      <w:pPr>
        <w:pStyle w:val="Heading2"/>
      </w:pPr>
      <w:r>
        <w:t>Где понадобится второй человек</w:t>
      </w:r>
    </w:p>
    <w:p>
      <w:r>
        <w:t>Один в поле не воин, когда полотно большое. Комната в три на три метра и больше: плёнка весит прилично, а если её отпустить с высоты, она хлопнет о пол и соберётся складками, которые потом не расправить. Вдвоём вы держите полотно за противоположные углы и плавно опускаете.</w:t>
      </w:r>
    </w:p>
    <w:p>
      <w:r>
        <w:t>Также вдвоём удобнее греть: один держит пушку, второй следит за гарпуном у профиля. Особенно если потолок высокий и стремянки две.</w:t>
      </w:r>
    </w:p>
    <w:p>
      <w:pPr>
        <w:pStyle w:val="Heading2"/>
      </w:pPr>
      <w:r>
        <w:t>Главный риск: перегрев плёнки</w:t>
      </w:r>
    </w:p>
    <w:p>
      <w:r>
        <w:t>Самая частая ошибка новичка, греть слишком долго и слишком близко. ПВХ не любит температуру выше той, при которой его ставили. Плёнка становится мягкой, тянется под собственным весом и в углах идёт волной. Потом её уже не расправить, только менять.</w:t>
      </w:r>
    </w:p>
    <w:p>
      <w:r>
        <w:t>Второй риск, резкое охлаждение. Если после снятия открыть окно зимой, полотно схватится и потрескается. Остывать оно должно постепенно, в закрытой комнате.</w:t>
      </w:r>
    </w:p>
    <w:p>
      <w:r>
        <w:t>Когда лучше не трогать полотно и вызвать мастера? Если потолок натянут в помещении с высокой влажностью, если плёнка уже с дефектами, если комната большая и вы один. Мы в таких случаях выезжаем и снимаем аккуратно, условия и стоимость выезда [укажите условия выезда].</w:t>
      </w:r>
    </w:p>
    <w:p>
      <w:pPr>
        <w:pStyle w:val="Heading1"/>
      </w:pPr>
      <w:r>
        <w:t>Инструменты: чем снимают полотно</w:t>
      </w:r>
    </w:p>
    <w:p>
      <w:r>
        <w:t>Набор простой. Тепловая пушка или строительный фен, шпатель, стремянка, перчатки. Плюс пара тряпок и мешок для мусора. Всё это есть в любом строительном магазине или у соседа, который затеял ремонт.</w:t>
      </w:r>
    </w:p>
    <w:p>
      <w:r>
        <w:t>Тепловая пушка греет комнату целиком, это правильный путь для гарпуна. Строительный фен бьёт точечно, им удобно прогревать угол или отдельный участок у профиля. Обычный фен для волос не подойдёт: температуры не хватает, вы будете дуть на плёнку полчаса и ничего не добьётесь.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Инструмент</w:t>
            </w:r>
          </w:p>
        </w:tc>
        <w:tc>
          <w:tcPr>
            <w:tcW w:type="dxa" w:w="2880"/>
          </w:tcPr>
          <w:p>
            <w:r>
              <w:t>Для чего</w:t>
            </w:r>
          </w:p>
        </w:tc>
        <w:tc>
          <w:tcPr>
            <w:tcW w:type="dxa" w:w="2880"/>
          </w:tcPr>
          <w:p>
            <w:r>
              <w:t>Чего не делать</w:t>
            </w:r>
          </w:p>
        </w:tc>
      </w:tr>
      <w:tr>
        <w:tc>
          <w:tcPr>
            <w:tcW w:type="dxa" w:w="2880"/>
          </w:tcPr>
          <w:p>
            <w:r>
              <w:t>Тепловая пушка</w:t>
            </w:r>
          </w:p>
        </w:tc>
        <w:tc>
          <w:tcPr>
            <w:tcW w:type="dxa" w:w="2880"/>
          </w:tcPr>
          <w:p>
            <w:r>
              <w:t>Прогрев комнаты перед снятием гарпуна</w:t>
            </w:r>
          </w:p>
        </w:tc>
        <w:tc>
          <w:tcPr>
            <w:tcW w:type="dxa" w:w="2880"/>
          </w:tcPr>
          <w:p>
            <w:r>
              <w:t>Не ставить вплотную к полотну</w:t>
            </w:r>
          </w:p>
        </w:tc>
      </w:tr>
      <w:tr>
        <w:tc>
          <w:tcPr>
            <w:tcW w:type="dxa" w:w="2880"/>
          </w:tcPr>
          <w:p>
            <w:r>
              <w:t>Строительный фен</w:t>
            </w:r>
          </w:p>
        </w:tc>
        <w:tc>
          <w:tcPr>
            <w:tcW w:type="dxa" w:w="2880"/>
          </w:tcPr>
          <w:p>
            <w:r>
              <w:t>Локальный прогрев угла, края</w:t>
            </w:r>
          </w:p>
        </w:tc>
        <w:tc>
          <w:tcPr>
            <w:tcW w:type="dxa" w:w="2880"/>
          </w:tcPr>
          <w:p>
            <w:r>
              <w:t>Не держать в одной точке дольше пары секунд</w:t>
            </w:r>
          </w:p>
        </w:tc>
      </w:tr>
      <w:tr>
        <w:tc>
          <w:tcPr>
            <w:tcW w:type="dxa" w:w="2880"/>
          </w:tcPr>
          <w:p>
            <w:r>
              <w:t>Шпатель широкий</w:t>
            </w:r>
          </w:p>
        </w:tc>
        <w:tc>
          <w:tcPr>
            <w:tcW w:type="dxa" w:w="2880"/>
          </w:tcPr>
          <w:p>
            <w:r>
              <w:t>Поддеть штапик или гарпун</w:t>
            </w:r>
          </w:p>
        </w:tc>
        <w:tc>
          <w:tcPr>
            <w:tcW w:type="dxa" w:w="2880"/>
          </w:tcPr>
          <w:p>
            <w:r>
              <w:t>Не тыкать острым углом в плёнку</w:t>
            </w:r>
          </w:p>
        </w:tc>
      </w:tr>
      <w:tr>
        <w:tc>
          <w:tcPr>
            <w:tcW w:type="dxa" w:w="2880"/>
          </w:tcPr>
          <w:p>
            <w:r>
              <w:t>Стремянка</w:t>
            </w:r>
          </w:p>
        </w:tc>
        <w:tc>
          <w:tcPr>
            <w:tcW w:type="dxa" w:w="2880"/>
          </w:tcPr>
          <w:p>
            <w:r>
              <w:t>Работа по периметру</w:t>
            </w:r>
          </w:p>
        </w:tc>
        <w:tc>
          <w:tcPr>
            <w:tcW w:type="dxa" w:w="2880"/>
          </w:tcPr>
          <w:p>
            <w:r>
              <w:t>Не вставать на стул или табурет</w:t>
            </w:r>
          </w:p>
        </w:tc>
      </w:tr>
      <w:tr>
        <w:tc>
          <w:tcPr>
            <w:tcW w:type="dxa" w:w="2880"/>
          </w:tcPr>
          <w:p>
            <w:r>
              <w:t>Перчатки</w:t>
            </w:r>
          </w:p>
        </w:tc>
        <w:tc>
          <w:tcPr>
            <w:tcW w:type="dxa" w:w="2880"/>
          </w:tcPr>
          <w:p>
            <w:r>
              <w:t>Защита рук от горячего профиля</w:t>
            </w:r>
          </w:p>
        </w:tc>
        <w:tc>
          <w:tcPr>
            <w:tcW w:type="dxa" w:w="2880"/>
          </w:tcPr>
          <w:p>
            <w:r>
              <w:t>Не тянуть за полотно голыми руками</w:t>
            </w:r>
          </w:p>
        </w:tc>
      </w:tr>
      <w:tr>
        <w:tc>
          <w:tcPr>
            <w:tcW w:type="dxa" w:w="2880"/>
          </w:tcPr>
          <w:p>
            <w:r>
              <w:t>Отвёртка</w:t>
            </w:r>
          </w:p>
        </w:tc>
        <w:tc>
          <w:tcPr>
            <w:tcW w:type="dxa" w:w="2880"/>
          </w:tcPr>
          <w:p>
            <w:r>
              <w:t>Снять светильник, плафон</w:t>
            </w:r>
          </w:p>
        </w:tc>
        <w:tc>
          <w:tcPr>
            <w:tcW w:type="dxa" w:w="2880"/>
          </w:tcPr>
          <w:p>
            <w:r>
              <w:t>Не ковырять у самого края плёнки</w:t>
            </w:r>
          </w:p>
        </w:tc>
      </w:tr>
    </w:tbl>
    <w:p>
      <w:pPr>
        <w:pStyle w:val="ListBullet"/>
      </w:pPr>
      <w:r>
        <w:t>Тепловая пушка или строительный фен</w:t>
      </w:r>
    </w:p>
    <w:p>
      <w:pPr>
        <w:pStyle w:val="ListBullet"/>
      </w:pPr>
      <w:r>
        <w:t>Шпатель с широким лезвием, без острого носа</w:t>
      </w:r>
    </w:p>
    <w:p>
      <w:pPr>
        <w:pStyle w:val="ListBullet"/>
      </w:pPr>
      <w:r>
        <w:t>Стремянка или устойчивый стол</w:t>
      </w:r>
    </w:p>
    <w:p>
      <w:pPr>
        <w:pStyle w:val="ListBullet"/>
      </w:pPr>
      <w:r>
        <w:t>Перчатки, лучше с прорезиненной ладонью</w:t>
      </w:r>
    </w:p>
    <w:p>
      <w:pPr>
        <w:pStyle w:val="ListBullet"/>
      </w:pPr>
      <w:r>
        <w:t>Отвёртка для светильников</w:t>
      </w:r>
    </w:p>
    <w:p>
      <w:pPr>
        <w:pStyle w:val="ListBullet"/>
      </w:pPr>
      <w:r>
        <w:t>Малярный скотч, чтобы подписать провода</w:t>
      </w:r>
    </w:p>
    <w:p>
      <w:pPr>
        <w:pStyle w:val="ListBullet"/>
      </w:pPr>
      <w:r>
        <w:t>Мешки для мусора и тряпки</w:t>
      </w:r>
    </w:p>
    <w:p>
      <w:r>
        <w:t>Чем работать не стоит, так это острыми ножами у полотна. Одно неловкое движение, и плёнка идёт по шву. Канцелярский нож держите для плёнки, которая всё равно на выброс, но не во время аккуратного снятия.</w:t>
      </w:r>
    </w:p>
    <w:p>
      <w:r>
        <w:t>Для светильников и плинтуса понадобится ещё тонкая отвёртка и, возможно, пассатижи. Декоративную вставку по периметру удобно поддевать шпателем, а не ногтем. Выбирая инструмент, не экономьте на перчатках, профиль после прогрева горячий.</w:t>
      </w:r>
    </w:p>
    <w:p>
      <w:pPr>
        <w:pStyle w:val="Heading1"/>
      </w:pPr>
      <w:r>
        <w:t>Определяем тип крепления до демонтажа</w:t>
      </w:r>
    </w:p>
    <w:p>
      <w:r>
        <w:t>Порядок снятия зависит от того, как полотно держится. Есть четыре распространённые системы: гарпун, штапик, клипса, кулачок. Определить тип можно, не снимая полотно целиком. Достаточно поддеть декоративную вставку у стены и заглянуть в щель.</w:t>
      </w:r>
    </w:p>
    <w:p>
      <w:pPr>
        <w:pStyle w:val="Heading2"/>
      </w:pPr>
      <w:r>
        <w:t>Как отличить на глаз и на ощупь</w:t>
      </w:r>
    </w:p>
    <w:p>
      <w:r>
        <w:t>Гарпун: по краю плёнки приварен жёсткий пластиковый зацеп с зубцами, он вставлен в паз профиля. Штапик: плёнка просто обёрнута вокруг края и зажата планкой или клином в профиле, без приваренного зацепа. Клипса: по периметру идут пластиковые защёлки, которые держат край полотна. Кулачок: похож на клипсу, но с прижимным механизмом, часто встречается в потолках с тканевым полотном.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Система</w:t>
            </w:r>
          </w:p>
        </w:tc>
        <w:tc>
          <w:tcPr>
            <w:tcW w:type="dxa" w:w="2160"/>
          </w:tcPr>
          <w:p>
            <w:r>
              <w:t>Где крепление</w:t>
            </w:r>
          </w:p>
        </w:tc>
        <w:tc>
          <w:tcPr>
            <w:tcW w:type="dxa" w:w="2160"/>
          </w:tcPr>
          <w:p>
            <w:r>
              <w:t>Нужен ли нагрев</w:t>
            </w:r>
          </w:p>
        </w:tc>
        <w:tc>
          <w:tcPr>
            <w:tcW w:type="dxa" w:w="2160"/>
          </w:tcPr>
          <w:p>
            <w:r>
              <w:t>Можно ли вернуть полотно</w:t>
            </w:r>
          </w:p>
        </w:tc>
      </w:tr>
      <w:tr>
        <w:tc>
          <w:tcPr>
            <w:tcW w:type="dxa" w:w="2160"/>
          </w:tcPr>
          <w:p>
            <w:r>
              <w:t>Гарпун</w:t>
            </w:r>
          </w:p>
        </w:tc>
        <w:tc>
          <w:tcPr>
            <w:tcW w:type="dxa" w:w="2160"/>
          </w:tcPr>
          <w:p>
            <w:r>
              <w:t>Паз профиля, зацеп приварен к плёнке</w:t>
            </w:r>
          </w:p>
        </w:tc>
        <w:tc>
          <w:tcPr>
            <w:tcW w:type="dxa" w:w="2160"/>
          </w:tcPr>
          <w:p>
            <w:r>
              <w:t>Да, комнату греть обязательно</w:t>
            </w:r>
          </w:p>
        </w:tc>
        <w:tc>
          <w:tcPr>
            <w:tcW w:type="dxa" w:w="2160"/>
          </w:tcPr>
          <w:p>
            <w:r>
              <w:t>Да, если плёнка не вытянулась</w:t>
            </w:r>
          </w:p>
        </w:tc>
      </w:tr>
      <w:tr>
        <w:tc>
          <w:tcPr>
            <w:tcW w:type="dxa" w:w="2160"/>
          </w:tcPr>
          <w:p>
            <w:r>
              <w:t>Штапик (клиновой)</w:t>
            </w:r>
          </w:p>
        </w:tc>
        <w:tc>
          <w:tcPr>
            <w:tcW w:type="dxa" w:w="2160"/>
          </w:tcPr>
          <w:p>
            <w:r>
              <w:t>Край зажат планкой в профиле</w:t>
            </w:r>
          </w:p>
        </w:tc>
        <w:tc>
          <w:tcPr>
            <w:tcW w:type="dxa" w:w="2160"/>
          </w:tcPr>
          <w:p>
            <w:r>
              <w:t>Нет, выходит без нагрева</w:t>
            </w:r>
          </w:p>
        </w:tc>
        <w:tc>
          <w:tcPr>
            <w:tcW w:type="dxa" w:w="2160"/>
          </w:tcPr>
          <w:p>
            <w:r>
              <w:t>Да, но нужен новый штапик</w:t>
            </w:r>
          </w:p>
        </w:tc>
      </w:tr>
      <w:tr>
        <w:tc>
          <w:tcPr>
            <w:tcW w:type="dxa" w:w="2160"/>
          </w:tcPr>
          <w:p>
            <w:r>
              <w:t>Клипса</w:t>
            </w:r>
          </w:p>
        </w:tc>
        <w:tc>
          <w:tcPr>
            <w:tcW w:type="dxa" w:w="2160"/>
          </w:tcPr>
          <w:p>
            <w:r>
              <w:t>Пластиковые защёлки по периметру</w:t>
            </w:r>
          </w:p>
        </w:tc>
        <w:tc>
          <w:tcPr>
            <w:tcW w:type="dxa" w:w="2160"/>
          </w:tcPr>
          <w:p>
            <w:r>
              <w:t>Желательно, для эластичности</w:t>
            </w:r>
          </w:p>
        </w:tc>
        <w:tc>
          <w:tcPr>
            <w:tcW w:type="dxa" w:w="2160"/>
          </w:tcPr>
          <w:p>
            <w:r>
              <w:t>Часто да, защёлки многоразовые</w:t>
            </w:r>
          </w:p>
        </w:tc>
      </w:tr>
      <w:tr>
        <w:tc>
          <w:tcPr>
            <w:tcW w:type="dxa" w:w="2160"/>
          </w:tcPr>
          <w:p>
            <w:r>
              <w:t>Кулачок</w:t>
            </w:r>
          </w:p>
        </w:tc>
        <w:tc>
          <w:tcPr>
            <w:tcW w:type="dxa" w:w="2160"/>
          </w:tcPr>
          <w:p>
            <w:r>
              <w:t>Прижимной механизм в профиле</w:t>
            </w:r>
          </w:p>
        </w:tc>
        <w:tc>
          <w:tcPr>
            <w:tcW w:type="dxa" w:w="2160"/>
          </w:tcPr>
          <w:p>
            <w:r>
              <w:t>Зависит от материала</w:t>
            </w:r>
          </w:p>
        </w:tc>
        <w:tc>
          <w:tcPr>
            <w:tcW w:type="dxa" w:w="2160"/>
          </w:tcPr>
          <w:p>
            <w:r>
              <w:t>Для ткани да, для плёнки реже</w:t>
            </w:r>
          </w:p>
        </w:tc>
      </w:tr>
    </w:tbl>
    <w:p>
      <w:r>
        <w:t>Сравнив системы, вы поймёте главное: гарпун требует прогрева, штапик нет, клипса и кулачок где-то посередине. Это и определяет, сколько времени уйдёт на комнату.</w:t>
      </w:r>
    </w:p>
    <w:p>
      <w:r>
        <w:t>Как посмотреть на профиль, не снимая полотно целиком? Возьмите шпатель, аккуратно подденьте вставку в одном углу и отогните на пару десятков сантиметров. Загляните фонариком. Всё станет видно: и зацеп, и паз, и планку.</w:t>
      </w:r>
    </w:p>
    <w:p>
      <w:r>
        <w:t>Иногда профиль спрятан за потолочным плинтусом. Тогда сначала снимается плинтус, он обычно на клипсах или на клею. Двигайтесь от угла, не торопясь, чтобы не поцарапать стену.</w:t>
      </w:r>
    </w:p>
    <w:p>
      <w:r>
        <w:t>Если сомневаетесь в типе системы, сфотографируйте щель и покажите мастеру. По фото обычно всё понятно за минуту. Это дешевле, чем испортить полотно из-за неверного шага.</w:t>
      </w:r>
    </w:p>
    <w:p>
      <w:pPr>
        <w:pStyle w:val="Heading1"/>
      </w:pPr>
      <w:r>
        <w:t>Как снять натяжной потолок: пошагово</w:t>
      </w:r>
    </w:p>
    <w:p>
      <w:r>
        <w:t>Ниже порядок для гарпуна, самый частый случай в московских квартирах. Штапиковую и клипсовую систему разберём отдельно, там свои отличия.</w:t>
      </w:r>
    </w:p>
    <w:p>
      <w:pPr>
        <w:pStyle w:val="Heading2"/>
      </w:pPr>
      <w:r>
        <w:t>Подготовка комнаты</w:t>
      </w:r>
    </w:p>
    <w:p>
      <w:r>
        <w:t>Вынесите мебель или сдвиньте к центру и накройте плёнкой. Шторы снимите, они мешают работать у стены. Обесточьте комнату в щитке: светильники придётся отключать, а провод под напряжением рядом с мокрыми руками и теплом ни к чему. Поставьте стремянку так, чтобы дотянуться до угла без рывков.</w:t>
      </w:r>
    </w:p>
    <w:p>
      <w:r>
        <w:t>Проверьте, нет ли в комнате сквозняка. Закройте окна и двери. Это важно и для прогрева, и для того, чтобы плёнка остывала медленно.</w:t>
      </w:r>
    </w:p>
    <w:p>
      <w:pPr>
        <w:pStyle w:val="Heading2"/>
      </w:pPr>
      <w:r>
        <w:t>Нагрев помещения и удаление вставки</w:t>
      </w:r>
    </w:p>
    <w:p>
      <w:r>
        <w:t>Включите тепловую пушку и доведите комнату до температуры, при которой ставили потолок. Обычно это ощутимое тепло, как в бане, но без фанатизма. Грейте равномерно, не направляя поток в одну точку. Минут двадцать, а то и полчаса, в зависимости от размера комнаты и мощности пушки.</w:t>
      </w:r>
    </w:p>
    <w:p>
      <w:r>
        <w:t>Пока греется, снимите декоративную вставку по периметру. Шпателем поддеваете край и ведёте вдоль профиля. Вставка выходит легко, если комната уже прогрелась.</w:t>
      </w:r>
    </w:p>
    <w:p>
      <w:pPr>
        <w:pStyle w:val="Heading2"/>
      </w:pPr>
      <w:r>
        <w:t>Извлечение гарпуна по периметру</w:t>
      </w:r>
    </w:p>
    <w:p>
      <w:r>
        <w:t>Начинайте с угла. Прогрейте участок строительным феном, затем шпателем аккуратно отогните край и вытащите зацеп из паза. Двигайтесь от угла к углу, по одной стене за раз. Рука должна чувствовать, как гарпун выходит, не рвите.</w:t>
      </w:r>
    </w:p>
    <w:p>
      <w:pPr>
        <w:pStyle w:val="ListNumber"/>
      </w:pPr>
      <w:r>
        <w:t>Обесточьте комнату и снимите светильники</w:t>
      </w:r>
    </w:p>
    <w:p>
      <w:pPr>
        <w:pStyle w:val="ListNumber"/>
      </w:pPr>
      <w:r>
        <w:t>Прогрейте помещение пушкой</w:t>
      </w:r>
    </w:p>
    <w:p>
      <w:pPr>
        <w:pStyle w:val="ListNumber"/>
      </w:pPr>
      <w:r>
        <w:t>Снимите декоративную вставку по периметру</w:t>
      </w:r>
    </w:p>
    <w:p>
      <w:pPr>
        <w:pStyle w:val="ListNumber"/>
      </w:pPr>
      <w:r>
        <w:t>Начните с угла, подденьте гарпун шпателем</w:t>
      </w:r>
    </w:p>
    <w:p>
      <w:pPr>
        <w:pStyle w:val="ListNumber"/>
      </w:pPr>
      <w:r>
        <w:t>Ведите по стене, прогревая участки феном</w:t>
      </w:r>
    </w:p>
    <w:p>
      <w:pPr>
        <w:pStyle w:val="ListNumber"/>
      </w:pPr>
      <w:r>
        <w:t>Пройдите все четыре стороны, не отпуская полотно</w:t>
      </w:r>
    </w:p>
    <w:p>
      <w:pPr>
        <w:pStyle w:val="ListNumber"/>
      </w:pPr>
      <w:r>
        <w:t>Опустите полотно вдвоём, плавно, без рывков</w:t>
      </w:r>
    </w:p>
    <w:p>
      <w:r>
        <w:t>Когда три стороны вышли, полотно держится на последней. Здесь нужен второй человек: один придерживает плёнку, второй освобождает последний край. Резко не тяните, иначе пойдёт волна по всей площади.</w:t>
      </w:r>
    </w:p>
    <w:p>
      <w:pPr>
        <w:pStyle w:val="Heading2"/>
      </w:pPr>
      <w:r>
        <w:t>Штапиковая и клипсовая система</w:t>
      </w:r>
    </w:p>
    <w:p>
      <w:r>
        <w:t>Штапик выходит без нагрева. Поддеваете планку шпателем и вынимаете её из профиля, потом освобождаете край плёнки. Клипсу снимаете, отщёлкивая защёлки по одной. Тут главное не сломать пластик, он хрупкий на морозе и после долгих лет.</w:t>
      </w:r>
    </w:p>
    <w:p>
      <w:r>
        <w:t>Снимая полотно, держите его за край, а не за середину. Середина тянется первой и потом даёт складки. Закончив, сверните плёнку в рулон, не сминая, и уберите в тепло, если планируете ставить обратно.</w:t>
      </w:r>
    </w:p>
    <w:p>
      <w:pPr>
        <w:pStyle w:val="Heading1"/>
      </w:pPr>
      <w:r>
        <w:t>Как аккуратно снять натяжной потолок и не повредить полотно</w:t>
      </w:r>
    </w:p>
    <w:p>
      <w:r>
        <w:t>Главная ошибка новичка: тянуть полотно за угол. Плёнка натянута, как барабан, и в углу нагрузка максимальная. Рванёте резко: пойдёт трещина по диагонали, и материал уже не спасти. Мы всегда начинаем с угла, но не с рывка, а с мягкого прогрева и постепенного освобождения гарпуна.</w:t>
      </w:r>
    </w:p>
    <w:p>
      <w:r>
        <w:t>Второй враг: резкое охлаждение. Если после прогрева комнаты открыть окно зимой, ПВХ сожмётся неравномерно. Полотно может пойти волной или лопнуть по шву. Снимая, держите температуру в помещении стабильной, пока не вынете последний участок гарпуна.</w:t>
      </w:r>
    </w:p>
    <w:p>
      <w:pPr>
        <w:pStyle w:val="Heading2"/>
      </w:pPr>
      <w:r>
        <w:t>Как работать шпателем у края</w:t>
      </w:r>
    </w:p>
    <w:p>
      <w:r>
        <w:t>Плоский шпатель или пластиковая лопатка поддевает декоративную вставку. Двигайте инструмент вдоль профиля, а не поперёк. Чуть отогнули край, завели шпатель в зазор, провели на длину ладони, остановились. Спешка здесь дороже: порванная вставка: мелочь, а вот порезанное полотно уже не вернуть.</w:t>
      </w:r>
    </w:p>
    <w:p>
      <w:r>
        <w:t>Когда вставка вынута, гарпун выходит из профиля. Его не выдёргивают, а выкручивают, помогая пальцами в перчатках. Движение плавное, от угла к середине стены. Если чувствуете сопротивление, добавьте тепла: не силы. По опыту, один угол отходит за пару минут, и дальше процесс идёт ровнее.</w:t>
      </w:r>
    </w:p>
    <w:p>
      <w:r>
        <w:t>Бывает, плёнка уже потянулась или пошла складками. Тогда не пытайтесь её расправить на весу. Снимите полностью, дайте отлежаться и оцените: иногда после повторного прогрева и натяжки складки уходят. Если материал пересушен и потерял эластичность, лучше не рисковать.</w:t>
      </w:r>
    </w:p>
    <w:p>
      <w:r>
        <w:t>И ещё: не оставляйте полотно висеть на одном углу, пока разбираетесь с инструментом. ПВХ под собственным весом вытягивается, и вернуть форму сложнее. Освободили край: сразу поддержите или снимите целиком.</w:t>
      </w:r>
    </w:p>
    <w:p>
      <w:pPr>
        <w:pStyle w:val="Heading1"/>
      </w:pPr>
      <w:r>
        <w:t>Светильники и люстры: как снять, не порвав плёнку</w:t>
      </w:r>
    </w:p>
    <w:p>
      <w:r>
        <w:t>Со светильниками спешка обходится дороже всего. Сначала отключите питание в щитке: не просто выключателем, а автоматом. Затем снимите плафон или декоративную накладку. Под ней увидите крепление: винты, гайку или пружинные зажимы. Держите светильник второй рукой, чтобы он не повис на проводах и не дёрнул плёнку.</w:t>
      </w:r>
    </w:p>
    <w:p>
      <w:r>
        <w:t>Если светильник на термокольце, кольцо приклеено к плёнке. Его нельзя срезать ножом у самого полотна. Аккуратно подденьте пластик шпателем и отделите. По опыту, достаточно прогреть феном для волос на минимальной температуре, чтобы клей размягчился. Но не грейте точечно долго: ПВХ в этом месте истончается.</w:t>
      </w:r>
    </w:p>
    <w:p>
      <w:pPr>
        <w:pStyle w:val="Heading2"/>
      </w:pPr>
      <w:r>
        <w:t>Как поменять лампочку и не уронить её на полотно</w:t>
      </w:r>
    </w:p>
    <w:p>
      <w:r>
        <w:t>Выкручивая лампу, держите её над потолком, а не под ним. Если лампа в плафоне, снимите плафон целиком, положите на стол и меняйте там. Так безопаснее и для рук, и для полотна.</w:t>
      </w:r>
    </w:p>
    <w:p>
      <w:r>
        <w:t>Почему нельзя вешать люстру на саму плёнку? Потому что она не держит вес. Даже небольшой светильник крепят к черновому потолку через закладную или крюк. Плёнка только маскирует крепление. Если люстра висела на плёнке, при демонтаже она провиснет и потянет материал: снимайте такие приборы в первую очередь.</w:t>
      </w:r>
    </w:p>
    <w:p>
      <w:r>
        <w:t>Провода после снятия светильника изолируйте. Оставлять их висеть над полотном опасно: при обратной натяжке они могут попасть под гарпун. Мы обычно помечаем провода маркером или скотчем, чтобы потом не искать, где фаза.</w:t>
      </w:r>
    </w:p>
    <w:p>
      <w:pPr>
        <w:pStyle w:val="Heading1"/>
      </w:pPr>
      <w:r>
        <w:t>Тканевые и ПВХ-потолки: разница в демонтаже</w:t>
      </w:r>
    </w:p>
    <w:p>
      <w:r>
        <w:t>Ткань и плёнка ведут себя по-разному. Тканевый потолок не боится температуры, его не нужно греть пушкой. Он снимается проще: вынули штапик или клипсу, и полотно свободно выходит. ПВХ же требует прогрева комнаты до рабочей температуры, иначе плёнка не тянется и рвётся.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Параметр</w:t>
            </w:r>
          </w:p>
        </w:tc>
        <w:tc>
          <w:tcPr>
            <w:tcW w:type="dxa" w:w="2880"/>
          </w:tcPr>
          <w:p>
            <w:r>
              <w:t>ПВХ-плёнка</w:t>
            </w:r>
          </w:p>
        </w:tc>
        <w:tc>
          <w:tcPr>
            <w:tcW w:type="dxa" w:w="2880"/>
          </w:tcPr>
          <w:p>
            <w:r>
              <w:t>Тканевое полотно</w:t>
            </w:r>
          </w:p>
        </w:tc>
      </w:tr>
      <w:tr>
        <w:tc>
          <w:tcPr>
            <w:tcW w:type="dxa" w:w="2880"/>
          </w:tcPr>
          <w:p>
            <w:r>
              <w:t>Нужен нагрев</w:t>
            </w:r>
          </w:p>
        </w:tc>
        <w:tc>
          <w:tcPr>
            <w:tcW w:type="dxa" w:w="2880"/>
          </w:tcPr>
          <w:p>
            <w:r>
              <w:t>Да, тепловая пушка или строительный фен</w:t>
            </w:r>
          </w:p>
        </w:tc>
        <w:tc>
          <w:tcPr>
            <w:tcW w:type="dxa" w:w="2880"/>
          </w:tcPr>
          <w:p>
            <w:r>
              <w:t>Нет</w:t>
            </w:r>
          </w:p>
        </w:tc>
      </w:tr>
      <w:tr>
        <w:tc>
          <w:tcPr>
            <w:tcW w:type="dxa" w:w="2880"/>
          </w:tcPr>
          <w:p>
            <w:r>
              <w:t>[укажите данные]</w:t>
            </w:r>
          </w:p>
        </w:tc>
        <w:tc>
          <w:tcPr>
            <w:tcW w:type="dxa" w:w="2880"/>
          </w:tcPr>
          <w:p>
            <w:r>
              <w:t>Трескается, сжимается</w:t>
            </w:r>
          </w:p>
        </w:tc>
        <w:tc>
          <w:tcPr>
            <w:tcW w:type="dxa" w:w="2880"/>
          </w:tcPr>
          <w:p>
            <w:r>
              <w:t>Спокойно переносит</w:t>
            </w:r>
          </w:p>
        </w:tc>
      </w:tr>
      <w:tr>
        <w:tc>
          <w:tcPr>
            <w:tcW w:type="dxa" w:w="2880"/>
          </w:tcPr>
          <w:p>
            <w:r>
              <w:t>Повторная установка</w:t>
            </w:r>
          </w:p>
        </w:tc>
        <w:tc>
          <w:tcPr>
            <w:tcW w:type="dxa" w:w="2880"/>
          </w:tcPr>
          <w:p>
            <w:r>
              <w:t>Нужен прогрев и натяжка</w:t>
            </w:r>
          </w:p>
        </w:tc>
        <w:tc>
          <w:tcPr>
            <w:tcW w:type="dxa" w:w="2880"/>
          </w:tcPr>
          <w:p>
            <w:r>
              <w:t>Часто ставится обратно без проблем</w:t>
            </w:r>
          </w:p>
        </w:tc>
      </w:tr>
      <w:tr>
        <w:tc>
          <w:tcPr>
            <w:tcW w:type="dxa" w:w="2880"/>
          </w:tcPr>
          <w:p>
            <w:r>
              <w:t>Риск повреждения</w:t>
            </w:r>
          </w:p>
        </w:tc>
        <w:tc>
          <w:tcPr>
            <w:tcW w:type="dxa" w:w="2880"/>
          </w:tcPr>
          <w:p>
            <w:r>
              <w:t>Высокий при резком движении</w:t>
            </w:r>
          </w:p>
        </w:tc>
        <w:tc>
          <w:tcPr>
            <w:tcW w:type="dxa" w:w="2880"/>
          </w:tcPr>
          <w:p>
            <w:r>
              <w:t>Ниже, ткань эластичнее</w:t>
            </w:r>
          </w:p>
        </w:tc>
      </w:tr>
    </w:tbl>
    <w:p>
      <w:r>
        <w:t>После снятия ПВХ садится, теряет начальное натяжение. Перед обратной установкой её обязательно прогревают, чтобы вернуть эластичность. Ткань почти не меняет размеров, поэтому её можно снять и поставить обратно с меньшими усилиями. Но и у ткани есть слабое место: если её тянули через силу, нити могут разойтись.</w:t>
      </w:r>
    </w:p>
    <w:p>
      <w:r>
        <w:t>Какие полотна вообще не стоит снимать повторно? Дешёвая тонкая плёнка после демонтажа часто идёт волной, и вернуть ровную поверхность не выходит. Ткань с пропиткой тоже может потерять вид, если её долго держали в холоде. Мы советуем: если материал прослужил свой срок и потерял вид, проще заменить, чем реанимировать.</w:t>
      </w:r>
    </w:p>
    <w:p>
      <w:pPr>
        <w:pStyle w:val="Heading1"/>
      </w:pPr>
      <w:r>
        <w:t>Что делать после снятия и как поставить полотно обратно</w:t>
      </w:r>
    </w:p>
    <w:p>
      <w:r>
        <w:t>Сняли полотно: оцените черновой потолок. Пыль, паутина, следы затопления: всё это видно сразу. Пропылесосьте, протрите влажной тряпкой, дайте высохнуть. Если планируете ремонт штукатурки или проводки, сделайте это до возврата плёнки. Иначе потом придётся снимать снова.</w:t>
      </w:r>
    </w:p>
    <w:p>
      <w:r>
        <w:t>Проверьте профиль по периметру. Он мог отойти от стены или треснуть. Крепление гарпуна должно быть чистым, без старого герметика. Если профиль шатается, укрепите его саморезами к стене или замените участок. Экономия здесь оборачивается перекосом всего полотна.</w:t>
      </w:r>
    </w:p>
    <w:p>
      <w:pPr>
        <w:pStyle w:val="Heading2"/>
      </w:pPr>
      <w:r>
        <w:t>Как снять и поставить натяжной потолок обратно: порядок</w:t>
      </w:r>
    </w:p>
    <w:p>
      <w:pPr>
        <w:pStyle w:val="ListNumber"/>
      </w:pPr>
      <w:r>
        <w:t>Прогрейте комнату до рабочей температуры (для ПВХ).</w:t>
      </w:r>
    </w:p>
    <w:p>
      <w:pPr>
        <w:pStyle w:val="ListNumber"/>
      </w:pPr>
      <w:r>
        <w:t>Заведите гарпун в профиль по углам, затем по периметру.</w:t>
      </w:r>
    </w:p>
    <w:p>
      <w:pPr>
        <w:pStyle w:val="ListNumber"/>
      </w:pPr>
      <w:r>
        <w:t>Натягивайте постепенно, двигаясь от центра стены к углам.</w:t>
      </w:r>
    </w:p>
    <w:p>
      <w:pPr>
        <w:pStyle w:val="ListNumber"/>
      </w:pPr>
      <w:r>
        <w:t>Вставьте декоративную вставку шпателем.</w:t>
      </w:r>
    </w:p>
    <w:p>
      <w:pPr>
        <w:pStyle w:val="ListNumber"/>
      </w:pPr>
      <w:r>
        <w:t>Прогрейте полотно и проверьте равномерность натяжения.</w:t>
      </w:r>
    </w:p>
    <w:p>
      <w:r>
        <w:t>Можно ли использовать старый материал? Да, если он не пересушен и без трещин. По опыту, ПВХ после одного снятия и правильного прогрева служит ещё некоторое время. Ткань переносит повторную установку легче, но проверьте швы. Если нити разошлись, лучше заменить полотно, чем клеить.</w:t>
      </w:r>
    </w:p>
    <w:p>
      <w:r>
        <w:t>Сравнив затраты на восстановление и цену нового полотна, часто выходит, что замена выгоднее. Но если потолок свежий и снимали его из-за ремонта проводки, возврат старого материала оправдан. Главное: не торопиться при натяжке и не оставлять плёнку висеть без фиксации.</w:t>
      </w:r>
    </w:p>
    <w:p>
      <w:pPr>
        <w:pStyle w:val="Heading1"/>
      </w:pPr>
      <w:r>
        <w:t>Вопросы и ответы</w:t>
      </w:r>
    </w:p>
    <w:p>
      <w:pPr>
        <w:pStyle w:val="Heading2"/>
      </w:pPr>
      <w:r>
        <w:t>Можно ли снять натяжной потолок, не повредив его?</w:t>
      </w:r>
    </w:p>
    <w:p>
      <w:r>
        <w:t>Да, если система гарпунная или штапиковая и вы прогреваете комнату равномерно. Двигайтесь по периметру небольшими участками, не тяните за угол. Тканевое полотно снимается ещё спокойнее, ему нагрев не нужен.</w:t>
      </w:r>
    </w:p>
    <w:p>
      <w:pPr>
        <w:pStyle w:val="Heading2"/>
      </w:pPr>
      <w:r>
        <w:t>Чем снять натяжной потолок, если нет тепловой пушки?</w:t>
      </w:r>
    </w:p>
    <w:p>
      <w:r>
        <w:t>Подойдёт строительный фен. Бытовой фен для волос слишком слабый, им вы только растянете комнату на часы. Если инструмента нет совсем, штапиковое полотно снимается шпателем без нагрева.</w:t>
      </w:r>
    </w:p>
    <w:p>
      <w:pPr>
        <w:pStyle w:val="Heading2"/>
      </w:pPr>
      <w:r>
        <w:t>Как снять светильник с натяжного потолка?</w:t>
      </w:r>
    </w:p>
    <w:p>
      <w:r>
        <w:t>Сначала отключите питание на автомате. Снимите плафон, открутите крепление, аккуратно выведите провод через термокольцо. Плёнку придерживайте рукой, чтобы она не хлопнула вниз.</w:t>
      </w:r>
    </w:p>
    <w:p>
      <w:pPr>
        <w:pStyle w:val="Heading2"/>
      </w:pPr>
      <w:r>
        <w:t>Можно ли поставить полотно обратно после снятия?</w:t>
      </w:r>
    </w:p>
    <w:p>
      <w:r>
        <w:t>Да, гарпунное и штапиковое полотно возвращается на место. ПВХ после снятия садится, поэтому перед натяжкой комнату снова прогревают. Ткань ставится обратно без прогрева.</w:t>
      </w:r>
    </w:p>
    <w:p>
      <w:pPr>
        <w:pStyle w:val="Heading2"/>
      </w:pPr>
      <w:r>
        <w:t>Сколько стоит снять натяжной потолок?</w:t>
      </w:r>
    </w:p>
    <w:p>
      <w:r>
        <w:t>Цена зависит от площади, типа крепления и города. В Москве ориентируйтесь на [цена у вас] за работу мастера. Самостоятельный демонтаж обойдётся только арендой пушки, если её нет.</w:t>
      </w:r>
    </w:p>
    <w:p>
      <w:pPr>
        <w:pStyle w:val="Heading2"/>
      </w:pPr>
      <w:r>
        <w:t>Что делать, если полотно порвалось при снятии?</w:t>
      </w:r>
    </w:p>
    <w:p>
      <w:r>
        <w:t>Небольшой порез у края иногда прячется под плинтусом. Если разрыв на видимой части, полотно придётся менять или ставить заплатку, которая будет заметна. Лучше сразу вызвать мастера для оценки.</w:t>
      </w:r>
    </w:p>
    <w:p>
      <w:r>
        <w:t>Снять натяжной потолок своими руками реально, если не спешить и понять тип крепления. Гарпун требует прогрева и аккуратной работы шпателем по периметру, штапик выходит без нагрева, ткань вообще не боится температуры. Светильники снимайте только с отключённым питанием, а полотно после снятия храните в тепле и без заломов. Если сомневаетесь в своих силах, лучше заплатить за работу, чем менять порванную плёнку целиком.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